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E6E4E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pPr>
        <w:pStyle w:val="Heading1"/>
      </w:pPr>
      <w:r>
        <w:rPr>
          <w:color w:val="0E6E4E"/>
          <w:sz w:val="24"/>
        </w:rPr>
        <w:t>DADOS PESSOAIS</w:t>
      </w:r>
    </w:p>
    <w:p>
      <w:r>
        <w:t>Maputo, Moçambique · Telefone/WhatsApp: 82 766 8658 · Email: zandameleinacio@gmail.com · info@inademy.com</w:t>
      </w:r>
    </w:p>
    <w:p>
      <w:pPr>
        <w:pStyle w:val="Heading1"/>
      </w:pPr>
      <w:r>
        <w:rPr>
          <w:color w:val="0E6E4E"/>
          <w:sz w:val="24"/>
        </w:rPr>
        <w:t>PERFIL</w:t>
      </w:r>
    </w:p>
    <w:p>
      <w:r>
        <w:t>Profissional de comércio com 5 anos de experiência em reposição, atendimento e operação de caixa em supermercados de Maputo. Conheço o movimento das lojas nos horários de pico, cuido da apresentação das prateleiras por ordem de validade e trato o cliente com paciência e honestidade.</w:t>
      </w:r>
    </w:p>
    <w:p>
      <w:pPr>
        <w:pStyle w:val="Heading1"/>
      </w:pPr>
      <w:r>
        <w:rPr>
          <w:color w:val="0E6E4E"/>
          <w:sz w:val="24"/>
        </w:rPr>
        <w:t>EXPERIÊNCIA</w:t>
      </w:r>
    </w:p>
    <w:p>
      <w:r>
        <w:t>Operador de Caixa e Repositor — Supermercado Kanimambo, Maputo (Polana)</w:t>
      </w:r>
    </w:p>
    <w:p>
      <w:r>
        <w:t>Junho de 2021 até actualmente</w:t>
      </w:r>
    </w:p>
    <w:p>
      <w:pPr>
        <w:pStyle w:val="ListBullet"/>
      </w:pPr>
      <w:r>
        <w:t>Operação de caixa: faturação média de 350.000 MT/dia, com conferência de trocos e recibos.</w:t>
      </w:r>
    </w:p>
    <w:p>
      <w:pPr>
        <w:pStyle w:val="ListBullet"/>
      </w:pPr>
      <w:r>
        <w:t>Reposição e organização de prateleiras por ordem de validade (FIFO).</w:t>
      </w:r>
    </w:p>
    <w:p>
      <w:pPr>
        <w:pStyle w:val="ListBullet"/>
      </w:pPr>
      <w:r>
        <w:t>Atendimento ao cliente e resolução de reclamações simples no balcão.</w:t>
      </w:r>
    </w:p>
    <w:p>
      <w:r>
        <w:t>Assistente de Loja — Comercial Bem-Vindo, Lda., Matola (Fomento)</w:t>
      </w:r>
    </w:p>
    <w:p>
      <w:r>
        <w:t>Fevereiro de 2020 a Maio de 2021</w:t>
      </w:r>
    </w:p>
    <w:p>
      <w:pPr>
        <w:pStyle w:val="ListBullet"/>
      </w:pPr>
      <w:r>
        <w:t>Recepção e conferência de mercadorias com guia de remessa.</w:t>
      </w:r>
    </w:p>
    <w:p>
      <w:pPr>
        <w:pStyle w:val="ListBullet"/>
      </w:pPr>
      <w:r>
        <w:t>Contagem diária de stock nas seções de bebidas e limpeza.</w:t>
      </w:r>
    </w:p>
    <w:p>
      <w:pPr>
        <w:pStyle w:val="Heading1"/>
      </w:pPr>
      <w:r>
        <w:rPr>
          <w:color w:val="0E6E4E"/>
          <w:sz w:val="24"/>
        </w:rPr>
        <w:t>COMPETÊNCIAS</w:t>
      </w:r>
    </w:p>
    <w:p>
      <w:pPr>
        <w:pStyle w:val="ListBullet"/>
      </w:pPr>
      <w:r>
        <w:t>Operação de terminal de caixa (POS) e conferência de trocos</w:t>
      </w:r>
    </w:p>
    <w:p>
      <w:pPr>
        <w:pStyle w:val="ListBullet"/>
      </w:pPr>
      <w:r>
        <w:t>Contagem de stock e inventário mensal</w:t>
      </w:r>
    </w:p>
    <w:p>
      <w:pPr>
        <w:pStyle w:val="ListBullet"/>
      </w:pPr>
      <w:r>
        <w:t>Matemática rápida e cálculo de trocos sem máquina de calcular</w:t>
      </w:r>
    </w:p>
    <w:p>
      <w:pPr>
        <w:pStyle w:val="Heading1"/>
      </w:pPr>
      <w:r>
        <w:rPr>
          <w:color w:val="0E6E4E"/>
          <w:sz w:val="24"/>
        </w:rPr>
        <w:t>DISPONIBILIDADE</w:t>
      </w:r>
    </w:p>
    <w:p>
      <w:r>
        <w:t>Imediata · turnos, incluindo fim-de-semana e feriados</w:t>
      </w:r>
    </w:p>
    <w:p>
      <w:pPr>
        <w:pStyle w:val="Heading1"/>
      </w:pPr>
      <w:r>
        <w:rPr>
          <w:color w:val="0E6E4E"/>
          <w:sz w:val="24"/>
        </w:rPr>
        <w:t>REFERÊNCIAS</w:t>
      </w:r>
    </w:p>
    <w:p>
      <w:r>
        <w:t>Sr. Ernesto Chirindza e Sra. Alzira Muianga — a pedido.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