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0E6E4E"/>
          <w:sz w:val="32"/>
        </w:rPr>
        <w:t>Curriculum Vitae Europeu — Europass</w:t>
      </w:r>
    </w:p>
    <w:p>
      <w:r>
        <w:rPr>
          <w:i/>
          <w:color w:val="555555"/>
          <w:sz w:val="17"/>
        </w:rPr>
        <w:t>Dados de exemplo — substitua tudo pelos seus dados reais antes de enviar.</w:t>
      </w:r>
    </w:p>
    <w:p>
      <w:pPr>
        <w:pStyle w:val="Heading1"/>
      </w:pPr>
      <w:r>
        <w:rPr>
          <w:color w:val="0E6E4E"/>
          <w:sz w:val="24"/>
        </w:rPr>
        <w:t>INFORMAÇÃO PESSOAL</w:t>
      </w:r>
    </w:p>
    <w:p>
      <w:r>
        <w:t>Apelido(s) / Nome: Manhisse, Inácio Tomás</w:t>
      </w:r>
    </w:p>
    <w:p>
      <w:r>
        <w:t>Morada: Av. das FPLM, nº 1200 — Polana Caniço, Maputo</w:t>
      </w:r>
    </w:p>
    <w:p>
      <w:r>
        <w:t>Telefone móvel: +258 82 766 8658 (WhatsApp)</w:t>
      </w:r>
    </w:p>
    <w:p>
      <w:r>
        <w:t>Correio electrónico: zandameleinacio@gmail.com · info@inademy.com</w:t>
      </w:r>
    </w:p>
    <w:p>
      <w:r>
        <w:t>Nacionalidade: Moçambicana · Data de nascimento: [dd/mm/aaaa]</w:t>
      </w:r>
    </w:p>
    <w:p>
      <w:pPr>
        <w:pStyle w:val="Heading1"/>
      </w:pPr>
      <w:r>
        <w:rPr>
          <w:color w:val="0E6E4E"/>
          <w:sz w:val="24"/>
        </w:rPr>
        <w:t>EMPREGO OU EXPERIÊNCIA OCUPACIONAL</w:t>
      </w:r>
    </w:p>
    <w:p>
      <w:r>
        <w:t>Período: Março de 2024 – actual</w:t>
      </w:r>
    </w:p>
    <w:p>
      <w:r>
        <w:t>Designação do emprego: Gestor de Operações</w:t>
      </w:r>
    </w:p>
    <w:p>
      <w:r>
        <w:t>Nome e endereço do empregador: Inademy, EI — Maputo</w:t>
      </w:r>
    </w:p>
    <w:p>
      <w:r>
        <w:t>Tipo de empresa ou sector: Plataforma digital de recrutamento e emprego</w:t>
      </w:r>
    </w:p>
    <w:p>
      <w:r>
        <w:t>Principais actividades e responsabilidades: gestão das operações da plataforma — atendimento a candidatos e empresas (resposta em menos de 24 horas), publicação e verificação de vagas, qualidade do conteúdo e formação da equipa de atendimento.</w:t>
      </w:r>
    </w:p>
    <w:p>
      <w:r>
        <w:t>Período: Março de 2021 – Fevereiro de 2024</w:t>
      </w:r>
    </w:p>
    <w:p>
      <w:r>
        <w:t>Designação do emprego: Gestor de Loja</w:t>
      </w:r>
    </w:p>
    <w:p>
      <w:r>
        <w:t>Nome e endereço do empregador: Comercial Índico, Lda. — Maputo</w:t>
      </w:r>
    </w:p>
    <w:p>
      <w:r>
        <w:t>Principais actividades e responsabilidades: gestão de 3 lojas; redução de rupturas de stock de 9% para 3%; gestão de equipas de até 12 colaboradores.</w:t>
      </w:r>
    </w:p>
    <w:p>
      <w:pPr>
        <w:pStyle w:val="Heading1"/>
      </w:pPr>
      <w:r>
        <w:rPr>
          <w:color w:val="0E6E4E"/>
          <w:sz w:val="24"/>
        </w:rPr>
        <w:t>FORMAÇÃO E HABILITAÇÕES</w:t>
      </w:r>
    </w:p>
    <w:p>
      <w:r>
        <w:t>Período: 2020 – 2024</w:t>
      </w:r>
    </w:p>
    <w:p>
      <w:r>
        <w:t>Certificado ou diploma obtido: Licenciatura em Gestão de Empresas</w:t>
      </w:r>
    </w:p>
    <w:p>
      <w:r>
        <w:t>Principais disciplinas: contabilidade, gestão de stock, marketing, direito comercial</w:t>
      </w:r>
    </w:p>
    <w:p>
      <w:r>
        <w:t>Nome e tipo da instituição: Universidade Eduardo Mondlane, Maputo</w:t>
      </w:r>
    </w:p>
    <w:p>
      <w:pPr>
        <w:pStyle w:val="Heading1"/>
      </w:pPr>
      <w:r>
        <w:rPr>
          <w:color w:val="0E6E4E"/>
          <w:sz w:val="24"/>
        </w:rPr>
        <w:t>COMPETÊNCIAS PESSOAIS</w:t>
      </w:r>
    </w:p>
    <w:p>
      <w:r>
        <w:t>Língua materna: Português</w:t>
      </w:r>
    </w:p>
    <w:p>
      <w:r>
        <w:t>Outras línguas: Inglês — leitura (bom), escrita (bom), conversação (intermédio); Changana (fluente)</w:t>
      </w:r>
    </w:p>
    <w:p>
      <w:r>
        <w:t>Competências sociais: liderança de equipas, atendimento ao público, resolução de conflitos</w:t>
      </w:r>
    </w:p>
    <w:p>
      <w:r>
        <w:t>Competências organizacionais: planeamento de operações, gestão de stock, inventários mensais</w:t>
      </w:r>
    </w:p>
    <w:p>
      <w:r>
        <w:t>Competências técnicas: Excel avançado, sistemas POS, PowerPoint</w:t>
      </w:r>
    </w:p>
    <w:p>
      <w:r>
        <w:t>Carta de condução: categoria B — veículo próprio</w:t>
      </w:r>
    </w:p>
    <w:p>
      <w:pPr>
        <w:pStyle w:val="Heading1"/>
      </w:pPr>
      <w:r>
        <w:rPr>
          <w:color w:val="0E6E4E"/>
          <w:sz w:val="24"/>
        </w:rPr>
        <w:t>INFORMAÇÃO ADICIONAL</w:t>
      </w:r>
    </w:p>
    <w:p>
      <w:r>
        <w:t>Voluntariado: apoio pedagógico no Projecto Ler e Crescer (2023).</w:t>
      </w:r>
    </w:p>
    <w:p>
      <w:pPr>
        <w:pStyle w:val="Heading1"/>
      </w:pPr>
      <w:r>
        <w:rPr>
          <w:color w:val="0E6E4E"/>
          <w:sz w:val="24"/>
        </w:rPr>
        <w:t>ANEXOS</w:t>
      </w:r>
    </w:p>
    <w:p>
      <w:r>
        <w:t>Currículo detalhado, cópia do Bilhete de Identidade, certificado de licenciatura.</w:t>
      </w:r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55555"/>
        <w:sz w:val="16"/>
      </w:rPr>
      <w:t>Modelo Inademy · vagas de emprego em Moçambique: inademy.com/pt · candidatura grátis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