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1F4E79"/>
          <w:sz w:val="24"/>
        </w:rPr>
        <w:t>CONTACT</w:t>
      </w:r>
    </w:p>
    <w:p>
      <w:r>
        <w:t>Maputo, Moçambique · Phone/WhatsApp: +258 82 766 8658 · Email: zandameleinacio@gmail.com · info@inademy.com</w:t>
      </w:r>
    </w:p>
    <w:p>
      <w:pPr>
        <w:pStyle w:val="Heading1"/>
      </w:pPr>
      <w:r>
        <w:rPr>
          <w:color w:val="1F4E79"/>
          <w:sz w:val="24"/>
        </w:rPr>
        <w:t>PROFESSIONAL SUMMARY</w:t>
      </w:r>
    </w:p>
    <w:p>
      <w:r>
        <w:t>Operations manager with 8 years of experience in retail, distribution and digital platform operations across Maputo and Matola. Led teams of up to 12 people, cut stock-outs from 9% to 3% in 18 months, and set up customer-support processes that reply within 24 hours.</w:t>
      </w:r>
    </w:p>
    <w:p>
      <w:pPr>
        <w:pStyle w:val="Heading1"/>
      </w:pPr>
      <w:r>
        <w:rPr>
          <w:color w:val="1F4E79"/>
          <w:sz w:val="24"/>
        </w:rPr>
        <w:t>WORK EXPERIENCE</w:t>
      </w:r>
    </w:p>
    <w:p>
      <w:r>
        <w:t>Operations Manager — Inademy, EI, Maputo</w:t>
      </w:r>
    </w:p>
    <w:p>
      <w:r>
        <w:t>March 2024 – Present</w:t>
      </w:r>
    </w:p>
    <w:p>
      <w:pPr>
        <w:pStyle w:val="ListBullet"/>
      </w:pPr>
      <w:r>
        <w:t>Run platform operations: candidate and company support, job publishing and content quality.</w:t>
      </w:r>
    </w:p>
    <w:p>
      <w:pPr>
        <w:pStyle w:val="ListBullet"/>
      </w:pPr>
      <w:r>
        <w:t>Support processes now reply within 24 hours.</w:t>
      </w:r>
    </w:p>
    <w:p>
      <w:pPr>
        <w:pStyle w:val="ListBullet"/>
      </w:pPr>
      <w:r>
        <w:t>Trained the support team on platform procedures.</w:t>
      </w:r>
    </w:p>
    <w:p>
      <w:r>
        <w:t>Store Manager — Comercial Índico Ltd., Maputo</w:t>
      </w:r>
    </w:p>
    <w:p>
      <w:r>
        <w:t>March 2021 – February 2024</w:t>
      </w:r>
    </w:p>
    <w:p>
      <w:pPr>
        <w:pStyle w:val="ListBullet"/>
      </w:pPr>
      <w:r>
        <w:t>Managed daily operations of 3 stores: staff, stock, deliveries and customer service.</w:t>
      </w:r>
    </w:p>
    <w:p>
      <w:pPr>
        <w:pStyle w:val="ListBullet"/>
      </w:pPr>
      <w:r>
        <w:t>Reduced stock-outs from 9% to 3% in 18 months.</w:t>
      </w:r>
    </w:p>
    <w:p>
      <w:pPr>
        <w:pStyle w:val="Heading1"/>
      </w:pPr>
      <w:r>
        <w:rPr>
          <w:color w:val="1F4E79"/>
          <w:sz w:val="24"/>
        </w:rPr>
        <w:t>EDUCATION</w:t>
      </w:r>
    </w:p>
    <w:p>
      <w:r>
        <w:t>BSc in Business Management — Eduardo Mondlane University (2020)</w:t>
      </w:r>
    </w:p>
    <w:p>
      <w:pPr>
        <w:pStyle w:val="Heading1"/>
      </w:pPr>
      <w:r>
        <w:rPr>
          <w:color w:val="1F4E79"/>
          <w:sz w:val="24"/>
        </w:rPr>
        <w:t>SKILLS</w:t>
      </w:r>
    </w:p>
    <w:p>
      <w:pPr>
        <w:pStyle w:val="ListBullet"/>
      </w:pPr>
      <w:r>
        <w:t>Operations management · Customer support · Team training · Inventory management</w:t>
      </w:r>
    </w:p>
    <w:p>
      <w:pPr>
        <w:pStyle w:val="ListBullet"/>
      </w:pPr>
      <w:r>
        <w:t>Software: Advanced Excel, POS systems, PowerPoint</w:t>
      </w:r>
    </w:p>
    <w:p>
      <w:pPr>
        <w:pStyle w:val="ListBullet"/>
      </w:pPr>
      <w:r>
        <w:t>Languages: Portuguese (native), English (intermediate), Changana (fluent)</w:t>
      </w:r>
    </w:p>
    <w:p>
      <w:pPr>
        <w:pStyle w:val="Heading1"/>
      </w:pPr>
      <w:r>
        <w:rPr>
          <w:color w:val="1F4E79"/>
          <w:sz w:val="24"/>
        </w:rPr>
        <w:t>REFERENCES</w:t>
      </w:r>
    </w:p>
    <w:p>
      <w:r>
        <w:t>Available upon request.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