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E6E4E"/>
          <w:sz w:val="32"/>
        </w:rPr>
        <w:t>Inácio Tomás Manhisse</w:t>
      </w:r>
    </w:p>
    <w:p>
      <w:r>
        <w:rPr>
          <w:i/>
          <w:color w:val="555555"/>
          <w:sz w:val="17"/>
        </w:rPr>
        <w:t>Dados de exemplo — substitua tudo pelos seus dados reais antes de enviar.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6236"/>
      </w:tblGrid>
      <w:tr>
        <w:tc>
          <w:tcPr>
            <w:tcW w:type="dxa" w:w="4320"/>
            <w:shd w:val="clear" w:fill="E8F3EF"/>
          </w:tcPr>
          <w:p>
            <w:r/>
            <w:r>
              <w:rPr>
                <w:color w:val="555555"/>
                <w:sz w:val="20"/>
              </w:rPr>
              <w:t>[FOTO 3×4]</w:t>
              <w:br/>
              <w:t>(opcional)</w:t>
            </w:r>
          </w:p>
          <w:p>
            <w:r>
              <w:rPr>
                <w:sz w:val="19"/>
              </w:rPr>
              <w:t>📞 82 766 8658 (WhatsApp)</w:t>
            </w:r>
          </w:p>
          <w:p>
            <w:r>
              <w:rPr>
                <w:sz w:val="19"/>
              </w:rPr>
              <w:t>✉ zandameleinacio@gmail.com</w:t>
            </w:r>
          </w:p>
          <w:p>
            <w:r>
              <w:rPr>
                <w:sz w:val="19"/>
              </w:rPr>
              <w:t>✉ info@inademy.com</w:t>
            </w:r>
          </w:p>
          <w:p>
            <w:r>
              <w:rPr>
                <w:sz w:val="19"/>
              </w:rPr>
              <w:t>📍 Maputo, Moçambique</w:t>
            </w:r>
          </w:p>
          <w:p>
            <w:r>
              <w:rPr>
                <w:sz w:val="19"/>
              </w:rPr>
              <w:t>🔗 linkedin.com/in/inaciomanhisse</w:t>
            </w:r>
          </w:p>
        </w:tc>
        <w:tc>
          <w:tcPr>
            <w:tcW w:type="dxa" w:w="4320"/>
          </w:tcPr>
          <w:p>
            <w:r/>
            <w:r>
              <w:rPr>
                <w:b/>
                <w:color w:val="0E6E4E"/>
                <w:sz w:val="22"/>
              </w:rPr>
              <w:t>PERFIL</w:t>
            </w:r>
          </w:p>
          <w:p>
            <w:r>
              <w:rPr>
                <w:sz w:val="19"/>
              </w:rPr>
              <w:t>Gestor de operações com 8 anos em retalho, distribuição e operações de plataformas digitais em Maputo e Matola. Coordenei equipas de até 12 pessoas e reduzi rupturas de stock de 9% para 3% em 18 meses.</w:t>
            </w:r>
          </w:p>
          <w:p>
            <w:r>
              <w:rPr>
                <w:b/>
                <w:color w:val="0E6E4E"/>
                <w:sz w:val="22"/>
              </w:rPr>
              <w:t>DESTAQUES</w:t>
            </w:r>
          </w:p>
          <w:p>
            <w:r>
              <w:rPr>
                <w:sz w:val="19"/>
              </w:rPr>
              <w:t>• Rupturas de stock: 9% → 3% em 18 meses</w:t>
            </w:r>
          </w:p>
          <w:p>
            <w:r>
              <w:rPr>
                <w:sz w:val="19"/>
              </w:rPr>
              <w:t>• Atendimento com resposta em menos de 24 horas</w:t>
            </w:r>
          </w:p>
          <w:p>
            <w:r>
              <w:rPr>
                <w:sz w:val="19"/>
              </w:rPr>
              <w:t>• Carta de condução categoria B — veículo próprio</w:t>
            </w:r>
          </w:p>
        </w:tc>
      </w:tr>
    </w:tbl>
    <w:p>
      <w:pPr>
        <w:pStyle w:val="Heading1"/>
      </w:pPr>
      <w:r>
        <w:rPr>
          <w:color w:val="0E6E4E"/>
          <w:sz w:val="24"/>
        </w:rPr>
        <w:t>EXPERIÊNCIA PROFISSIONAL</w:t>
      </w:r>
    </w:p>
    <w:p>
      <w:r>
        <w:t>Gestor de Operações — Inademy, EI, Maputo</w:t>
      </w:r>
    </w:p>
    <w:p>
      <w:r>
        <w:t>Março de 2024 até actualmente</w:t>
      </w:r>
    </w:p>
    <w:p>
      <w:pPr>
        <w:pStyle w:val="ListBullet"/>
      </w:pPr>
      <w:r>
        <w:t>Operações da plataforma: atendimento a candidatos e empresas, publicação de vagas.</w:t>
      </w:r>
    </w:p>
    <w:p>
      <w:pPr>
        <w:pStyle w:val="ListBullet"/>
      </w:pPr>
      <w:r>
        <w:t>Formação da equipa de atendimento nos procedimentos da plataforma.</w:t>
      </w:r>
    </w:p>
    <w:p>
      <w:r>
        <w:t>Gestor de Loja — Comercial Índico, Lda., Maputo</w:t>
      </w:r>
    </w:p>
    <w:p>
      <w:r>
        <w:t>Março de 2021 a Fevereiro de 2024</w:t>
      </w:r>
    </w:p>
    <w:p>
      <w:pPr>
        <w:pStyle w:val="ListBullet"/>
      </w:pPr>
      <w:r>
        <w:t>Loja passou de 4.ª para 1.ª posição da região em avaliação interna de 2020-2023.</w:t>
      </w:r>
    </w:p>
    <w:p>
      <w:pPr>
        <w:pStyle w:val="Heading1"/>
      </w:pPr>
      <w:r>
        <w:rPr>
          <w:color w:val="0E6E4E"/>
          <w:sz w:val="24"/>
        </w:rPr>
        <w:t>FORMAÇÃO</w:t>
      </w:r>
    </w:p>
    <w:p>
      <w:r>
        <w:t>Licenciatura em Gestão de Empresas — Universidade Eduardo Mondlane (2020)</w:t>
      </w:r>
    </w:p>
    <w:p>
      <w:pPr>
        <w:pStyle w:val="Heading1"/>
      </w:pPr>
      <w:r>
        <w:rPr>
          <w:color w:val="0E6E4E"/>
          <w:sz w:val="24"/>
        </w:rPr>
        <w:t>COMPETÊNCIAS</w:t>
      </w:r>
    </w:p>
    <w:p>
      <w:pPr>
        <w:pStyle w:val="ListBullet"/>
      </w:pPr>
      <w:r>
        <w:t>Gestão de operações · Atendimento a clientes · Gestão de stock</w:t>
      </w:r>
    </w:p>
    <w:p>
      <w:pPr>
        <w:pStyle w:val="ListBullet"/>
      </w:pPr>
      <w:r>
        <w:t>Informática: Excel avançado, sistemas POS, PowerPoint</w:t>
      </w:r>
    </w:p>
    <w:p>
      <w:pPr>
        <w:pStyle w:val="ListBullet"/>
      </w:pPr>
      <w:r>
        <w:t>Línguas: Português (nativo), Inglês (intermédio), Changana (fluente)</w:t>
      </w:r>
    </w:p>
    <w:p>
      <w:pPr>
        <w:pStyle w:val="Heading1"/>
      </w:pPr>
      <w:r>
        <w:rPr>
          <w:color w:val="0E6E4E"/>
          <w:sz w:val="24"/>
        </w:rPr>
        <w:t>REFERÊNCIAS</w:t>
      </w:r>
    </w:p>
    <w:p>
      <w:r>
        <w:t>Disponíveis a pedido.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Modelo Inademy · vagas de emprego em Moçambique: inademy.com/pt · candidatura grátis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