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1F4E79"/>
          <w:sz w:val="24"/>
        </w:rPr>
        <w:t>DADOS PESSOAIS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1F4E79"/>
          <w:sz w:val="24"/>
        </w:rPr>
        <w:t>PERFIL</w:t>
      </w:r>
    </w:p>
    <w:p>
      <w:r>
        <w:t>Recém-licenciado em Gestão de Empresas pela Universidade Eduardo Mondlane (2024), procurando a primeira oportunidade profissional na área de administração e atendimento ao cliente. Aprendo rápido, trabalho bem em equipa e tenho disponibilidade imediata, incluindo fim-de-semana.</w:t>
      </w:r>
    </w:p>
    <w:p>
      <w:pPr>
        <w:pStyle w:val="Heading1"/>
      </w:pPr>
      <w:r>
        <w:rPr>
          <w:color w:val="1F4E79"/>
          <w:sz w:val="24"/>
        </w:rPr>
        <w:t>FORMAÇÃO</w:t>
      </w:r>
    </w:p>
    <w:p>
      <w:r>
        <w:rPr>
          <w:b/>
        </w:rPr>
        <w:t xml:space="preserve">• </w:t>
      </w:r>
      <w:r>
        <w:t>Licenciatura em Gestão de Empresas — Universidade Eduardo Mondlane, Maputo (2020–2024)</w:t>
      </w:r>
    </w:p>
    <w:p>
      <w:r>
        <w:t>Média final: 15 valores · Trabalho final: «Gestão de stock em pequenos comércios de Maputo»</w:t>
      </w:r>
    </w:p>
    <w:p>
      <w:pPr>
        <w:pStyle w:val="Heading1"/>
      </w:pPr>
      <w:r>
        <w:rPr>
          <w:color w:val="1F4E79"/>
          <w:sz w:val="24"/>
        </w:rPr>
        <w:t>EXPERIÊNCIA PRÁTICA</w:t>
      </w:r>
    </w:p>
    <w:p>
      <w:r>
        <w:rPr>
          <w:b/>
        </w:rPr>
        <w:t xml:space="preserve">• </w:t>
      </w:r>
      <w:r>
        <w:t>Apoio ao atendimento de candidatos (WhatsApp e email) — Inademy, EI, Maputo</w:t>
      </w:r>
    </w:p>
    <w:p>
      <w:r>
        <w:t>Fevereiro a Abril de 2024</w:t>
      </w:r>
    </w:p>
    <w:p>
      <w:pPr>
        <w:pStyle w:val="ListBullet"/>
      </w:pPr>
      <w:r>
        <w:t>Atendi mais de 100 perguntas de candidatos por semana, com resposta em menos de 24 horas.</w:t>
      </w:r>
    </w:p>
    <w:p>
      <w:pPr>
        <w:pStyle w:val="ListBullet"/>
      </w:pPr>
      <w:r>
        <w:t>Organizei o arquivo de candidaturas e registos de contactos numa base única.</w:t>
      </w:r>
    </w:p>
    <w:p>
      <w:r>
        <w:rPr>
          <w:b/>
        </w:rPr>
        <w:t xml:space="preserve">• </w:t>
      </w:r>
      <w:r>
        <w:t>Voluntário — Projecto Ler e Crescer, Escola Primária da Polana Caniço</w:t>
      </w:r>
    </w:p>
    <w:p>
      <w:r>
        <w:t>Março a Novembro de 2023</w:t>
      </w:r>
    </w:p>
    <w:p>
      <w:pPr>
        <w:pStyle w:val="ListBullet"/>
      </w:pPr>
      <w:r>
        <w:t>Apoiei 25 alunos do 4.º e 5.º classes na leitura e matemática.</w:t>
      </w:r>
    </w:p>
    <w:p>
      <w:pPr>
        <w:pStyle w:val="Heading1"/>
      </w:pPr>
      <w:r>
        <w:rPr>
          <w:color w:val="1F4E79"/>
          <w:sz w:val="24"/>
        </w:rPr>
        <w:t>COMPETÊNCIAS</w:t>
      </w:r>
    </w:p>
    <w:p>
      <w:pPr>
        <w:pStyle w:val="ListBullet"/>
      </w:pPr>
      <w:r>
        <w:t>Informática: Word, Excel (tabelas e fórmulas), PowerPoint, email</w:t>
      </w:r>
    </w:p>
    <w:p>
      <w:pPr>
        <w:pStyle w:val="ListBullet"/>
      </w:pPr>
      <w:r>
        <w:t>Atendimento por WhatsApp e email com comunicação clara e paciente</w:t>
      </w:r>
    </w:p>
    <w:p>
      <w:pPr>
        <w:pStyle w:val="ListBullet"/>
      </w:pPr>
      <w:r>
        <w:t>Línguas: Português (nativo), Inglês (intermédio), Changana (conversação)</w:t>
      </w:r>
    </w:p>
    <w:p>
      <w:pPr>
        <w:pStyle w:val="Heading1"/>
      </w:pPr>
      <w:r>
        <w:rPr>
          <w:color w:val="1F4E79"/>
          <w:sz w:val="24"/>
        </w:rPr>
        <w:t>REFERÊNCIAS</w:t>
      </w:r>
    </w:p>
    <w:p>
      <w:r>
        <w:t>Prof.ª Amélia Sitoe (UEM) e equipa da Inademy, EI — contactos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