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  <w:sz w:val="32"/>
        </w:rPr>
        <w:t>Inácio Tomás Manhisse</w:t>
      </w:r>
    </w:p>
    <w:p>
      <w:r>
        <w:rPr>
          <w:i/>
          <w:color w:val="555555"/>
          <w:sz w:val="17"/>
        </w:rPr>
        <w:t>Dados de exemplo — substitua tudo pelos seus dados reais antes de enviar.</w:t>
      </w:r>
    </w:p>
    <w:p>
      <w:pPr>
        <w:pStyle w:val="Heading1"/>
      </w:pPr>
      <w:r>
        <w:rPr>
          <w:color w:val="1F4E79"/>
          <w:sz w:val="24"/>
        </w:rPr>
        <w:t>DADOS PESSOAIS</w:t>
      </w:r>
    </w:p>
    <w:p>
      <w:r>
        <w:t>Maputo, Moçambique · Telefone/WhatsApp: 82 766 8658 · Email: zandameleinacio@gmail.com · info@inademy.com</w:t>
      </w:r>
    </w:p>
    <w:p>
      <w:pPr>
        <w:pStyle w:val="Heading1"/>
      </w:pPr>
      <w:r>
        <w:rPr>
          <w:color w:val="1F4E79"/>
          <w:sz w:val="24"/>
        </w:rPr>
        <w:t>PERFIL</w:t>
      </w:r>
    </w:p>
    <w:p>
      <w:r>
        <w:t>Motorista profissional com 10 anos de experiência em transporte de carga e passageiros nas rotas Maputo–Xai-Xai–Beira e Matola–Eswatini. Zero acidentes responsáveis em toda a carreira. Cuido do veículo, cumpro os horários e conheço os postos de controlo das rotas do sul.</w:t>
      </w:r>
    </w:p>
    <w:p>
      <w:pPr>
        <w:pStyle w:val="Heading1"/>
      </w:pPr>
      <w:r>
        <w:rPr>
          <w:color w:val="1F4E79"/>
          <w:sz w:val="24"/>
        </w:rPr>
        <w:t>HABILITAÇÕES E CERTIFICADOS</w:t>
      </w:r>
    </w:p>
    <w:p>
      <w:pPr>
        <w:pStyle w:val="ListBullet"/>
      </w:pPr>
      <w:r>
        <w:t>Carta de condução categoria C (pesados de mercadorias) — válida</w:t>
      </w:r>
    </w:p>
    <w:p>
      <w:pPr>
        <w:pStyle w:val="ListBullet"/>
      </w:pPr>
      <w:r>
        <w:t>Certificado de condução defensiva — 2023 · Certificado de primeiros socorros — 2022</w:t>
      </w:r>
    </w:p>
    <w:p>
      <w:pPr>
        <w:pStyle w:val="ListBullet"/>
      </w:pPr>
      <w:r>
        <w:t>9.ª classe concluída</w:t>
      </w:r>
    </w:p>
    <w:p>
      <w:pPr>
        <w:pStyle w:val="Heading1"/>
      </w:pPr>
      <w:r>
        <w:rPr>
          <w:color w:val="1F4E79"/>
          <w:sz w:val="24"/>
        </w:rPr>
        <w:t>EXPERIÊNCIA</w:t>
      </w:r>
    </w:p>
    <w:p>
      <w:r>
        <w:t>Motorista de camião (7,5 t) — Transportes Índico, Lda., Maputo</w:t>
      </w:r>
    </w:p>
    <w:p>
      <w:r>
        <w:t>Junho de 2018 até actualmente</w:t>
      </w:r>
    </w:p>
    <w:p>
      <w:pPr>
        <w:pStyle w:val="ListBullet"/>
      </w:pPr>
      <w:r>
        <w:t>Rotas Maputo–Xai-Xai–Beira e distribuição urbana em Matola.</w:t>
      </w:r>
    </w:p>
    <w:p>
      <w:pPr>
        <w:pStyle w:val="ListBullet"/>
      </w:pPr>
      <w:r>
        <w:t>Carregamento e conferência de mercadorias com guia de remessa.</w:t>
      </w:r>
    </w:p>
    <w:p>
      <w:pPr>
        <w:pStyle w:val="ListBullet"/>
      </w:pPr>
      <w:r>
        <w:t>Manutenção básica do veículo em dia — zero avarias em rota.</w:t>
      </w:r>
    </w:p>
    <w:p>
      <w:r>
        <w:t>Motorista de ligeiros — Farmácia Bem-Estar, Maputo</w:t>
      </w:r>
    </w:p>
    <w:p>
      <w:r>
        <w:t>Março de 2016 a Maio de 2018</w:t>
      </w:r>
    </w:p>
    <w:p>
      <w:pPr>
        <w:pStyle w:val="ListBullet"/>
      </w:pPr>
      <w:r>
        <w:t>Distribuição de medicamentos a 4 farmácias parceiras, com confirmação por WhatsApp.</w:t>
      </w:r>
    </w:p>
    <w:p>
      <w:pPr>
        <w:pStyle w:val="Heading1"/>
      </w:pPr>
      <w:r>
        <w:rPr>
          <w:color w:val="1F4E79"/>
          <w:sz w:val="24"/>
        </w:rPr>
        <w:t>DISPONIBILIDADE</w:t>
      </w:r>
    </w:p>
    <w:p>
      <w:r>
        <w:t>Imediata · turnos e viagens para fora da cidade · fim-de-semana</w:t>
      </w:r>
    </w:p>
    <w:p>
      <w:pPr>
        <w:pStyle w:val="Heading1"/>
      </w:pPr>
      <w:r>
        <w:rPr>
          <w:color w:val="1F4E79"/>
          <w:sz w:val="24"/>
        </w:rPr>
        <w:t>REFERÊNCIAS</w:t>
      </w:r>
    </w:p>
    <w:p>
      <w:r>
        <w:t>Sr. Jorge Macuácua (Transportes Índico) e Dra. Luisa Nhaca (Farmácia Bem-Estar) — contactos a pedido.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Modelo Inademy · vagas de emprego em Moçambique: inademy.com/pt · candidatura grátis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