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4E79"/>
          <w:sz w:val="32"/>
        </w:rPr>
        <w:t>Pedido de emprego formal</w:t>
      </w:r>
    </w:p>
    <w:p>
      <w:r>
        <w:rPr>
          <w:i/>
          <w:color w:val="555555"/>
          <w:sz w:val="17"/>
        </w:rPr>
        <w:t>Dados de exemplo — substitua tudo pelos seus dados reais antes de enviar.</w:t>
      </w:r>
    </w:p>
    <w:p>
      <w:r>
        <w:t>Maputo, 11 de Setembro de 2026</w:t>
      </w:r>
    </w:p>
    <w:p>
      <w:r>
        <w:t>Ao</w:t>
      </w:r>
    </w:p>
    <w:p>
      <w:r>
        <w:t>Ilmo. Sr. Director-Geral</w:t>
      </w:r>
    </w:p>
    <w:p>
      <w:r>
        <w:t>Comercial Kanimambo, Lda.</w:t>
      </w:r>
    </w:p>
    <w:p>
      <w:r>
        <w:t>Av. de Moçambique, nº 4500 — Maputo</w:t>
      </w:r>
    </w:p>
    <w:p>
      <w:r>
        <w:rPr>
          <w:b/>
        </w:rPr>
        <w:t>Assunto: Pedido de emprego</w:t>
      </w:r>
    </w:p>
    <w:p>
      <w:r>
        <w:t>Eu, Inácio Tomás Manhisse, moçambicano, solteiro, maior de idade, portador do Bilhete de Identidade n.º 110100123456F, residente no bairro da Polana Caniço, cidade de Maputo, venho respeitosamente pedir que me seja dada a oportunidade de trabalhar na vossa empresa, na área de administração e operações de loja.</w:t>
      </w:r>
    </w:p>
    <w:p>
      <w:r>
        <w:t>Tenho 8 anos de experiência em gestão de lojas e actualmente trabalho como Gestor de Operações na Inademy, EI. Sou uma pessoa responsável, honesta e pontual, pronta a aprender e a contribuir para o crescimento da empresa. Anexo o meu currículo, cópia do Bilhete de Identidade e certificados de habilitações.</w:t>
      </w:r>
    </w:p>
    <w:p>
      <w:r>
        <w:t>Coloco-me à disposição para qualquer entrevista ou prova prática, e posso ser contactado pelo telefone 82 766 8658 ou pelos emails zandameleinacio@gmail.com / info@inademy.com.</w:t>
      </w:r>
    </w:p>
    <w:p>
      <w:r>
        <w:t>Com os melhores cumprimentos,</w:t>
      </w:r>
    </w:p>
    <w:p>
      <w:r>
        <w:t>___________________________</w:t>
      </w:r>
    </w:p>
    <w:p>
      <w:r>
        <w:t>Inácio Tomás Manhisse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Modelo Inademy · vagas de emprego em Moçambique: inademy.com/pt · candidatura grátis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